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70726D" w14:textId="77777777" w:rsidR="00D627A6" w:rsidRDefault="00000000">
      <w:pPr>
        <w:pStyle w:val="FACCategory"/>
      </w:pPr>
      <w:r>
        <w:t>ARTIGO CIENTÍFICO</w:t>
      </w:r>
      <w:r>
        <w:footnoteReference w:id="1"/>
      </w:r>
    </w:p>
    <w:p w14:paraId="27E29325" w14:textId="77777777" w:rsidR="00D627A6" w:rsidRDefault="00000000">
      <w:pPr>
        <w:pStyle w:val="FACTitle"/>
      </w:pPr>
      <w:r>
        <w:t>[TÍTULO DO ARTIGO EM PORTUGUÊS: CLARO, ESPECÍFICO E INFORMATIVO]</w:t>
      </w:r>
    </w:p>
    <w:p w14:paraId="3A33BA39" w14:textId="77777777" w:rsidR="00D627A6" w:rsidRDefault="00000000">
      <w:pPr>
        <w:pStyle w:val="FACTitleEN"/>
      </w:pPr>
      <w:r>
        <w:t>[Title of the article in English]</w:t>
      </w:r>
    </w:p>
    <w:p w14:paraId="6D7BF6FE" w14:textId="77777777" w:rsidR="00D627A6" w:rsidRDefault="00000000">
      <w:pPr>
        <w:pStyle w:val="FACAbstractTitle"/>
        <w:keepNext/>
      </w:pPr>
      <w:r>
        <w:t>RESUMO</w:t>
      </w:r>
    </w:p>
    <w:p w14:paraId="47BF69C1" w14:textId="77777777" w:rsidR="00D627A6" w:rsidRDefault="00000000">
      <w:pPr>
        <w:pStyle w:val="FACAbstractText"/>
      </w:pPr>
      <w:r>
        <w:t>[Redigir entre 150 e 250 palavras, em parágrafo único. Apresentar o tema, o objetivo, o percurso metodológico, os resultados principais e a conclusão. Excluir estas instruções ao concluir o texto.]</w:t>
      </w:r>
    </w:p>
    <w:p w14:paraId="1548F825" w14:textId="77777777" w:rsidR="00D627A6" w:rsidRDefault="00000000">
      <w:pPr>
        <w:pStyle w:val="FACKeywords"/>
      </w:pPr>
      <w:r>
        <w:rPr>
          <w:b/>
          <w:color w:val="412817"/>
        </w:rPr>
        <w:t xml:space="preserve">Palavras-chave: </w:t>
      </w:r>
      <w:r>
        <w:rPr>
          <w:i/>
          <w:color w:val="71665B"/>
        </w:rPr>
        <w:t>[termo 1]; [termo 2]; [termo 3]; [até 5 termos].</w:t>
      </w:r>
    </w:p>
    <w:p w14:paraId="2B644D8D" w14:textId="77777777" w:rsidR="00D627A6" w:rsidRDefault="00000000">
      <w:pPr>
        <w:pStyle w:val="FACAbstractTitle"/>
        <w:keepNext/>
      </w:pPr>
      <w:r>
        <w:t>ABSTRACT</w:t>
      </w:r>
    </w:p>
    <w:p w14:paraId="41FFF735" w14:textId="77777777" w:rsidR="00D627A6" w:rsidRDefault="00000000">
      <w:pPr>
        <w:pStyle w:val="FACAbstractText"/>
      </w:pPr>
      <w:r>
        <w:t>[Translate the abstract into English, retaining the same information and word limit.]</w:t>
      </w:r>
    </w:p>
    <w:p w14:paraId="13BB960E" w14:textId="77777777" w:rsidR="00D627A6" w:rsidRDefault="00000000">
      <w:pPr>
        <w:pStyle w:val="FACKeywords"/>
      </w:pPr>
      <w:r>
        <w:rPr>
          <w:b/>
          <w:color w:val="412817"/>
        </w:rPr>
        <w:t xml:space="preserve">Keywords: </w:t>
      </w:r>
      <w:r>
        <w:rPr>
          <w:i/>
          <w:color w:val="71665B"/>
        </w:rPr>
        <w:t>[keyword 1]; [keyword 2]; [keyword 3]; [up to 5 terms].</w:t>
      </w:r>
    </w:p>
    <w:p w14:paraId="1E785CD9" w14:textId="77777777" w:rsidR="00D627A6" w:rsidRDefault="00000000">
      <w:pPr>
        <w:pStyle w:val="FACH1"/>
        <w:keepNext/>
      </w:pPr>
      <w:r>
        <w:t>INTRODUÇÃO</w:t>
      </w:r>
    </w:p>
    <w:p w14:paraId="0A8EA86F" w14:textId="77777777" w:rsidR="00D627A6" w:rsidRDefault="00000000">
      <w:pPr>
        <w:pStyle w:val="FACPlaceholder"/>
      </w:pPr>
      <w:r>
        <w:t>[Contextualizar o tema e delimitar o problema de pesquisa; expor a justificativa, os objetivos e, quando necessário, a hipótese ou questão orientadora. Encerrar indicando brevemente a organização do texto.]</w:t>
      </w:r>
    </w:p>
    <w:p w14:paraId="1DE05543" w14:textId="77777777" w:rsidR="00D627A6" w:rsidRDefault="00000000">
      <w:pPr>
        <w:pStyle w:val="FACH1"/>
        <w:keepNext/>
      </w:pPr>
      <w:r>
        <w:t>REFERENCIAL TEÓRICO</w:t>
      </w:r>
    </w:p>
    <w:p w14:paraId="4233A1E3" w14:textId="77777777" w:rsidR="00D627A6" w:rsidRDefault="00000000">
      <w:pPr>
        <w:pStyle w:val="FACPlaceholder"/>
      </w:pPr>
      <w:r>
        <w:t>[Desenvolver o diálogo crítico entre autores, conceitos e evidências relevantes. Substituir o título desta seção por outro mais específico, se necessário. Utilizar citações e referências conforme as normas ABNT vigentes.]</w:t>
      </w:r>
    </w:p>
    <w:p w14:paraId="51D6644B" w14:textId="77777777" w:rsidR="00D627A6" w:rsidRDefault="00000000">
      <w:pPr>
        <w:pStyle w:val="FACH2"/>
        <w:keepNext/>
      </w:pPr>
      <w:r>
        <w:t>[SUBSEÇÃO TEMÁTICA, QUANDO NECESSÁRIA]</w:t>
      </w:r>
    </w:p>
    <w:p w14:paraId="28D2817E" w14:textId="77777777" w:rsidR="00D627A6" w:rsidRDefault="00000000">
      <w:pPr>
        <w:pStyle w:val="FACPlaceholder"/>
      </w:pPr>
      <w:r>
        <w:t>[Inserir aprofundamento conceitual, mantendo coesão com o objeto estudado. Excluir a subseção caso não seja necessária.]</w:t>
      </w:r>
    </w:p>
    <w:p w14:paraId="2EBE75FF" w14:textId="77777777" w:rsidR="00D627A6" w:rsidRDefault="00000000">
      <w:pPr>
        <w:pStyle w:val="FACH1"/>
        <w:keepNext/>
      </w:pPr>
      <w:r>
        <w:t>METODOLOGIA</w:t>
      </w:r>
    </w:p>
    <w:p w14:paraId="5BC18C74" w14:textId="77777777" w:rsidR="00D627A6" w:rsidRDefault="00000000">
      <w:pPr>
        <w:pStyle w:val="FACPlaceholder"/>
      </w:pPr>
      <w:r>
        <w:t>[Indicar abordagem e tipo de pesquisa, recorte temporal e espacial, fontes, participantes ou corpus, procedimentos de coleta e análise, e aspectos éticos pertinentes, resguardando a identidade dos pesquisadores durante a avaliação.]</w:t>
      </w:r>
    </w:p>
    <w:p w14:paraId="2B362FA9" w14:textId="77777777" w:rsidR="00D627A6" w:rsidRDefault="00000000">
      <w:pPr>
        <w:pStyle w:val="FACH1"/>
        <w:keepNext/>
      </w:pPr>
      <w:r>
        <w:lastRenderedPageBreak/>
        <w:t>RESULTADOS E DISCUSSÃO</w:t>
      </w:r>
    </w:p>
    <w:p w14:paraId="58CF20FD" w14:textId="77777777" w:rsidR="00D627A6" w:rsidRDefault="00000000">
      <w:pPr>
        <w:pStyle w:val="FACPlaceholder"/>
      </w:pPr>
      <w:r>
        <w:t>[Apresentar resultados com interpretação analítica e diálogo com a literatura; inserir, quando necessário, tabelas e figuras identificadas por título, fonte e referência no texto.]</w:t>
      </w:r>
    </w:p>
    <w:p w14:paraId="1D316566" w14:textId="77777777" w:rsidR="00D627A6" w:rsidRDefault="00000000">
      <w:pPr>
        <w:pStyle w:val="FACCallout"/>
      </w:pPr>
      <w:r>
        <w:t>Exemplo de citação direta longa — substituir pelo excerto efetivamente citado:</w:t>
      </w:r>
    </w:p>
    <w:p w14:paraId="0B0BCB95" w14:textId="77777777" w:rsidR="00D627A6" w:rsidRDefault="00000000">
      <w:pPr>
        <w:pStyle w:val="FACCitationLong"/>
      </w:pPr>
      <w:r>
        <w:t>[Transcrição literal com mais de três linhas, em corpo 10, espaço simples, sem aspas e com recuo de 4 cm à esquerda, seguida da indicação da fonte segundo a ABNT.]</w:t>
      </w:r>
    </w:p>
    <w:p w14:paraId="5E8DB838" w14:textId="77777777" w:rsidR="00D627A6" w:rsidRDefault="00000000">
      <w:pPr>
        <w:pStyle w:val="FACH1"/>
        <w:keepNext/>
      </w:pPr>
      <w:r>
        <w:t>CONSIDERAÇÕES FINAIS</w:t>
      </w:r>
    </w:p>
    <w:p w14:paraId="7DE112CF" w14:textId="77777777" w:rsidR="00D627A6" w:rsidRDefault="00000000">
      <w:pPr>
        <w:pStyle w:val="FACPlaceholder"/>
      </w:pPr>
      <w:r>
        <w:t>[Retomar os objetivos, sintetizar os achados e as contribuições, reconhecer limites e apontar possibilidades de continuidade. Não introduzir resultados novos nesta seção.]</w:t>
      </w:r>
    </w:p>
    <w:p w14:paraId="3E9B8091" w14:textId="77777777" w:rsidR="00D627A6" w:rsidRDefault="00000000">
      <w:pPr>
        <w:pStyle w:val="FACH1"/>
        <w:keepNext/>
      </w:pPr>
      <w:r>
        <w:t>REFERÊNCIAS</w:t>
      </w:r>
    </w:p>
    <w:p w14:paraId="6EA00DC5" w14:textId="77777777" w:rsidR="00D627A6" w:rsidRDefault="00000000">
      <w:pPr>
        <w:pStyle w:val="FACReference"/>
      </w:pPr>
      <w:r>
        <w:rPr>
          <w:b/>
        </w:rPr>
        <w:t xml:space="preserve">[SOBRENOME, Prenome. </w:t>
      </w:r>
      <w:r>
        <w:t>Título da obra: subtítulo. Edição. Local: Editora, ano.]</w:t>
      </w:r>
    </w:p>
    <w:p w14:paraId="0D3D2945" w14:textId="77777777" w:rsidR="00D627A6" w:rsidRDefault="00000000">
      <w:pPr>
        <w:pStyle w:val="FACReference"/>
      </w:pPr>
      <w:r>
        <w:t xml:space="preserve">[SOBRENOME, Prenome. Título do artigo. </w:t>
      </w:r>
      <w:r>
        <w:rPr>
          <w:i/>
        </w:rPr>
        <w:t>Nome do Periódico</w:t>
      </w:r>
      <w:r>
        <w:t>, local, v. [ ], n. [ ], p. [ ]–[ ], ano. DOI ou endereço eletrônico, quando disponível.]</w:t>
      </w:r>
    </w:p>
    <w:sectPr w:rsidR="00D627A6" w:rsidSect="00034616">
      <w:headerReference w:type="default" r:id="rId8"/>
      <w:footerReference w:type="default" r:id="rId9"/>
      <w:pgSz w:w="11906" w:h="16838"/>
      <w:pgMar w:top="1701" w:right="1134" w:bottom="1162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5B8BD6" w14:textId="77777777" w:rsidR="001107B4" w:rsidRDefault="001107B4">
      <w:pPr>
        <w:spacing w:line="240" w:lineRule="auto"/>
      </w:pPr>
      <w:r>
        <w:separator/>
      </w:r>
    </w:p>
  </w:endnote>
  <w:endnote w:type="continuationSeparator" w:id="0">
    <w:p w14:paraId="4F45973F" w14:textId="77777777" w:rsidR="001107B4" w:rsidRDefault="001107B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372E15" w14:textId="77777777" w:rsidR="00D627A6" w:rsidRDefault="00000000">
    <w:pPr>
      <w:pStyle w:val="Rodap"/>
      <w:pBdr>
        <w:bottom w:val="single" w:sz="5" w:space="5" w:color="BA8123"/>
      </w:pBdr>
      <w:spacing w:before="60"/>
      <w:jc w:val="right"/>
    </w:pPr>
    <w:r>
      <w:rPr>
        <w:rFonts w:ascii="Arial" w:hAnsi="Arial"/>
        <w:color w:val="71665B"/>
        <w:sz w:val="16"/>
      </w:rPr>
      <w:t xml:space="preserve">REVISTA MULTIDISCIPLINAR FACETEN  •  BOA VISTA / RR  •  p. </w:t>
    </w:r>
    <w:r>
      <w:fldChar w:fldCharType="begin"/>
    </w:r>
    <w:r>
      <w:instrText xml:space="preserve"> PAGE </w:instrText>
    </w:r>
    <w:r w:rsidR="00A64AF8">
      <w:fldChar w:fldCharType="separate"/>
    </w:r>
    <w:r w:rsidR="00A64AF8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424DD5" w14:textId="77777777" w:rsidR="001107B4" w:rsidRDefault="001107B4">
      <w:pPr>
        <w:spacing w:line="240" w:lineRule="auto"/>
      </w:pPr>
      <w:r>
        <w:separator/>
      </w:r>
    </w:p>
  </w:footnote>
  <w:footnote w:type="continuationSeparator" w:id="0">
    <w:p w14:paraId="57E2ABFA" w14:textId="77777777" w:rsidR="001107B4" w:rsidRDefault="001107B4">
      <w:pPr>
        <w:spacing w:line="240" w:lineRule="auto"/>
      </w:pPr>
      <w:r>
        <w:continuationSeparator/>
      </w:r>
    </w:p>
  </w:footnote>
  <w:footnote w:id="1">
    <w:p w14:paraId="172EC147" w14:textId="77777777" w:rsidR="00D627A6" w:rsidRDefault="00000000">
      <w:pPr>
        <w:pStyle w:val="Textodenotaderodap"/>
      </w:pPr>
      <w:r>
        <w:rPr>
          <w:rStyle w:val="Refdenotaderodap"/>
        </w:rPr>
        <w:footnoteRef/>
      </w:r>
      <w:r>
        <w:t xml:space="preserve"> Nota editorial: versão destinada à avaliação por pares às cegas. Não incluir nome, vínculo, e-mail, ORCID, agradecimentos identificáveis ou outras informações que permitam reconhecer a autoria no texto, nas notas ou nas propriedades do arquivo.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3EAA14" w14:textId="2C41DBBB" w:rsidR="00D627A6" w:rsidRDefault="00A64AF8">
    <w:pPr>
      <w:pStyle w:val="Cabealho"/>
    </w:pPr>
    <w:r>
      <w:rPr>
        <w:noProof/>
      </w:rPr>
      <w:drawing>
        <wp:anchor distT="0" distB="0" distL="114300" distR="114300" simplePos="0" relativeHeight="251659264" behindDoc="0" locked="0" layoutInCell="1" allowOverlap="1" wp14:anchorId="75976EB2" wp14:editId="0F4CD895">
          <wp:simplePos x="0" y="0"/>
          <wp:positionH relativeFrom="column">
            <wp:posOffset>2159000</wp:posOffset>
          </wp:positionH>
          <wp:positionV relativeFrom="paragraph">
            <wp:posOffset>-404812</wp:posOffset>
          </wp:positionV>
          <wp:extent cx="1446337" cy="814388"/>
          <wp:effectExtent l="0" t="0" r="0" b="0"/>
          <wp:wrapNone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46337" cy="81438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F94C088" w14:textId="1D8CB7B6" w:rsidR="00D627A6" w:rsidRDefault="00D627A6">
    <w:pPr>
      <w:pBdr>
        <w:bottom w:val="single" w:sz="8" w:space="0" w:color="BA8123"/>
      </w:pBdr>
    </w:pPr>
  </w:p>
  <w:p w14:paraId="58AACF90" w14:textId="77777777" w:rsidR="00D627A6" w:rsidRDefault="00000000">
    <w:pPr>
      <w:spacing w:line="240" w:lineRule="auto"/>
      <w:jc w:val="center"/>
    </w:pPr>
    <w:r>
      <w:rPr>
        <w:noProof/>
      </w:rPr>
      <w:drawing>
        <wp:anchor distT="0" distB="0" distL="0" distR="0" simplePos="0" relativeHeight="251659776" behindDoc="1" locked="0" layoutInCell="1" allowOverlap="1" wp14:anchorId="294C6C68" wp14:editId="73E79AE9">
          <wp:simplePos x="0" y="0"/>
          <wp:positionH relativeFrom="page">
            <wp:posOffset>1494000</wp:posOffset>
          </wp:positionH>
          <wp:positionV relativeFrom="page">
            <wp:posOffset>3240000</wp:posOffset>
          </wp:positionV>
          <wp:extent cx="4572000" cy="3429000"/>
          <wp:effectExtent l="0" t="0" r="0" b="0"/>
          <wp:wrapNone/>
          <wp:docPr id="2" name="Picture 2" descr="Marca-d’água institucional sem informações de autor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_faceten_marca_fundo.pn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4572000" cy="3429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94516993">
    <w:abstractNumId w:val="8"/>
  </w:num>
  <w:num w:numId="2" w16cid:durableId="514197868">
    <w:abstractNumId w:val="6"/>
  </w:num>
  <w:num w:numId="3" w16cid:durableId="834882228">
    <w:abstractNumId w:val="5"/>
  </w:num>
  <w:num w:numId="4" w16cid:durableId="871453099">
    <w:abstractNumId w:val="4"/>
  </w:num>
  <w:num w:numId="5" w16cid:durableId="612326344">
    <w:abstractNumId w:val="7"/>
  </w:num>
  <w:num w:numId="6" w16cid:durableId="554314212">
    <w:abstractNumId w:val="3"/>
  </w:num>
  <w:num w:numId="7" w16cid:durableId="1370375715">
    <w:abstractNumId w:val="2"/>
  </w:num>
  <w:num w:numId="8" w16cid:durableId="200560596">
    <w:abstractNumId w:val="1"/>
  </w:num>
  <w:num w:numId="9" w16cid:durableId="1872533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107B4"/>
    <w:rsid w:val="0015074B"/>
    <w:rsid w:val="00174528"/>
    <w:rsid w:val="0029639D"/>
    <w:rsid w:val="00326F90"/>
    <w:rsid w:val="00A64AF8"/>
    <w:rsid w:val="00AA1D8D"/>
    <w:rsid w:val="00B47730"/>
    <w:rsid w:val="00CB0664"/>
    <w:rsid w:val="00D627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A0F3343"/>
  <w14:defaultImageDpi w14:val="300"/>
  <w15:docId w15:val="{C940B84D-7C57-4256-BAF3-79F684460E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360" w:lineRule="auto"/>
      <w:ind w:firstLine="850"/>
      <w:jc w:val="both"/>
    </w:pPr>
    <w:rPr>
      <w:rFonts w:ascii="Times New Roman" w:hAnsi="Times New Roman"/>
      <w:color w:val="2A211D"/>
      <w:sz w:val="24"/>
    </w:rPr>
  </w:style>
  <w:style w:type="paragraph" w:styleId="Ttulo1">
    <w:name w:val="heading 1"/>
    <w:basedOn w:val="Normal"/>
    <w:next w:val="Normal"/>
    <w:link w:val="Ttulo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618BF"/>
  </w:style>
  <w:style w:type="paragraph" w:styleId="Rodap">
    <w:name w:val="footer"/>
    <w:basedOn w:val="Normal"/>
    <w:link w:val="Rodap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FC693F"/>
    <w:pPr>
      <w:numPr>
        <w:ilvl w:val="1"/>
      </w:numPr>
      <w:ind w:firstLine="850"/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AA1D8D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AA1D8D"/>
  </w:style>
  <w:style w:type="paragraph" w:styleId="Corpodetexto2">
    <w:name w:val="Body Text 2"/>
    <w:basedOn w:val="Normal"/>
    <w:link w:val="Corpodetexto2Char"/>
    <w:uiPriority w:val="99"/>
    <w:unhideWhenUsed/>
    <w:rsid w:val="00AA1D8D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A1D8D"/>
  </w:style>
  <w:style w:type="paragraph" w:styleId="Corpodetexto3">
    <w:name w:val="Body Text 3"/>
    <w:basedOn w:val="Normal"/>
    <w:link w:val="Corpodetexto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Commarcador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inuao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demacro">
    <w:name w:val="macro"/>
    <w:link w:val="Textodemacro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har"/>
    <w:uiPriority w:val="29"/>
    <w:qFormat/>
    <w:rsid w:val="00FC693F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orte">
    <w:name w:val="Strong"/>
    <w:basedOn w:val="Fontepargpadro"/>
    <w:uiPriority w:val="22"/>
    <w:qFormat/>
    <w:rsid w:val="00FC693F"/>
    <w:rPr>
      <w:b/>
      <w:bCs/>
    </w:rPr>
  </w:style>
  <w:style w:type="character" w:styleId="nfase">
    <w:name w:val="Emphasis"/>
    <w:basedOn w:val="Fontepargpadr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Sutil">
    <w:name w:val="Subtle Emphasis"/>
    <w:basedOn w:val="Fontepargpadr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Fontepargpadr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Sutil">
    <w:name w:val="Subtle Reference"/>
    <w:basedOn w:val="Fontepargpadr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Fontepargpadr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Fontepargpadro"/>
    <w:uiPriority w:val="33"/>
    <w:qFormat/>
    <w:rsid w:val="00FC693F"/>
    <w:rPr>
      <w:b/>
      <w:b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ade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ment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e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e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e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e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e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ade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adeClara-nfase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adeClara-nfase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adeClara-nfase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adeClara-nfase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nfase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nfase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nfase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nfase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nfase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ade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Mdia1-nfase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Mdia1-nfase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1-nfase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Mdia1-nfase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Mdia1-nfase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ade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adeMdia3-nfase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adeMdia3-nfase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3-nfase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adeMdia3-nfase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adeMdia3-nfase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nfase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nfase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nfase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nfase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nfase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ment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nfase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nfase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nfase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nfase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nfase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ade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Colorida-nfase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Colorida-nfase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Colorida-nfase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Colorida-nfase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FACCategory">
    <w:name w:val="FAC Category"/>
    <w:pPr>
      <w:spacing w:after="0" w:line="240" w:lineRule="auto"/>
      <w:jc w:val="center"/>
    </w:pPr>
    <w:rPr>
      <w:rFonts w:ascii="Arial" w:hAnsi="Arial"/>
      <w:b/>
      <w:color w:val="BA8123"/>
      <w:sz w:val="17"/>
    </w:rPr>
  </w:style>
  <w:style w:type="paragraph" w:customStyle="1" w:styleId="FACTitle">
    <w:name w:val="FAC Title"/>
    <w:pPr>
      <w:spacing w:before="240" w:after="220" w:line="269" w:lineRule="auto"/>
      <w:jc w:val="center"/>
    </w:pPr>
    <w:rPr>
      <w:rFonts w:ascii="Times New Roman" w:hAnsi="Times New Roman"/>
      <w:b/>
      <w:color w:val="412817"/>
      <w:sz w:val="28"/>
    </w:rPr>
  </w:style>
  <w:style w:type="paragraph" w:customStyle="1" w:styleId="FACTitleEN">
    <w:name w:val="FAC Title EN"/>
    <w:pPr>
      <w:spacing w:after="260" w:line="288" w:lineRule="auto"/>
      <w:jc w:val="center"/>
    </w:pPr>
    <w:rPr>
      <w:rFonts w:ascii="Times New Roman" w:hAnsi="Times New Roman"/>
      <w:i/>
      <w:color w:val="71665B"/>
      <w:sz w:val="24"/>
    </w:rPr>
  </w:style>
  <w:style w:type="paragraph" w:customStyle="1" w:styleId="FACAbstractTitle">
    <w:name w:val="FAC Abstract Title"/>
    <w:pPr>
      <w:spacing w:before="80" w:after="60" w:line="240" w:lineRule="auto"/>
      <w:jc w:val="center"/>
    </w:pPr>
    <w:rPr>
      <w:rFonts w:ascii="Times New Roman" w:hAnsi="Times New Roman"/>
      <w:b/>
      <w:color w:val="412817"/>
      <w:sz w:val="24"/>
    </w:rPr>
  </w:style>
  <w:style w:type="paragraph" w:customStyle="1" w:styleId="FACAbstractText">
    <w:name w:val="FAC Abstract Text"/>
    <w:pPr>
      <w:spacing w:after="80" w:line="278" w:lineRule="auto"/>
      <w:jc w:val="both"/>
    </w:pPr>
    <w:rPr>
      <w:rFonts w:ascii="Times New Roman" w:hAnsi="Times New Roman"/>
      <w:color w:val="2A211D"/>
      <w:sz w:val="24"/>
    </w:rPr>
  </w:style>
  <w:style w:type="paragraph" w:customStyle="1" w:styleId="FACKeywords">
    <w:name w:val="FAC Keywords"/>
    <w:pPr>
      <w:spacing w:before="80" w:line="278" w:lineRule="auto"/>
    </w:pPr>
    <w:rPr>
      <w:rFonts w:ascii="Times New Roman" w:hAnsi="Times New Roman"/>
      <w:color w:val="2A211D"/>
      <w:sz w:val="24"/>
    </w:rPr>
  </w:style>
  <w:style w:type="paragraph" w:customStyle="1" w:styleId="FACH1">
    <w:name w:val="FAC H1"/>
    <w:pPr>
      <w:spacing w:before="240" w:after="120" w:line="240" w:lineRule="auto"/>
    </w:pPr>
    <w:rPr>
      <w:rFonts w:ascii="Times New Roman" w:hAnsi="Times New Roman"/>
      <w:b/>
      <w:color w:val="412817"/>
      <w:sz w:val="24"/>
    </w:rPr>
  </w:style>
  <w:style w:type="paragraph" w:customStyle="1" w:styleId="FACH2">
    <w:name w:val="FAC H2"/>
    <w:pPr>
      <w:spacing w:before="180" w:after="100" w:line="240" w:lineRule="auto"/>
    </w:pPr>
    <w:rPr>
      <w:rFonts w:ascii="Times New Roman" w:hAnsi="Times New Roman"/>
      <w:b/>
      <w:color w:val="412817"/>
      <w:sz w:val="24"/>
    </w:rPr>
  </w:style>
  <w:style w:type="paragraph" w:customStyle="1" w:styleId="FACPlaceholder">
    <w:name w:val="FAC Placeholder"/>
    <w:pPr>
      <w:spacing w:after="160" w:line="360" w:lineRule="auto"/>
      <w:ind w:firstLine="850"/>
      <w:jc w:val="both"/>
    </w:pPr>
    <w:rPr>
      <w:rFonts w:ascii="Times New Roman" w:hAnsi="Times New Roman"/>
      <w:i/>
      <w:color w:val="71665B"/>
      <w:sz w:val="24"/>
    </w:rPr>
  </w:style>
  <w:style w:type="paragraph" w:customStyle="1" w:styleId="FACWorkReference">
    <w:name w:val="FAC Work Reference"/>
    <w:pPr>
      <w:spacing w:before="140" w:line="283" w:lineRule="auto"/>
    </w:pPr>
    <w:rPr>
      <w:rFonts w:ascii="Times New Roman" w:hAnsi="Times New Roman"/>
      <w:color w:val="2A211D"/>
      <w:sz w:val="24"/>
    </w:rPr>
  </w:style>
  <w:style w:type="paragraph" w:customStyle="1" w:styleId="FACReference">
    <w:name w:val="FAC Reference"/>
    <w:pPr>
      <w:keepLines/>
      <w:spacing w:after="160" w:line="240" w:lineRule="auto"/>
    </w:pPr>
    <w:rPr>
      <w:rFonts w:ascii="Times New Roman" w:hAnsi="Times New Roman"/>
      <w:color w:val="2A211D"/>
      <w:sz w:val="24"/>
    </w:rPr>
  </w:style>
  <w:style w:type="paragraph" w:customStyle="1" w:styleId="FACCallout">
    <w:name w:val="FAC Callout"/>
    <w:pPr>
      <w:spacing w:after="140" w:line="278" w:lineRule="auto"/>
    </w:pPr>
    <w:rPr>
      <w:rFonts w:ascii="Times New Roman" w:hAnsi="Times New Roman"/>
      <w:i/>
      <w:color w:val="71665B"/>
      <w:sz w:val="20"/>
    </w:rPr>
  </w:style>
  <w:style w:type="paragraph" w:customStyle="1" w:styleId="FACCitationLong">
    <w:name w:val="FAC Citation Long"/>
    <w:pPr>
      <w:spacing w:before="140" w:after="160" w:line="240" w:lineRule="auto"/>
      <w:ind w:left="2268"/>
      <w:jc w:val="both"/>
    </w:pPr>
    <w:rPr>
      <w:rFonts w:ascii="Times New Roman" w:hAnsi="Times New Roman"/>
      <w:color w:val="2A211D"/>
      <w:sz w:val="20"/>
    </w:rPr>
  </w:style>
  <w:style w:type="paragraph" w:styleId="Textodenotaderodap">
    <w:name w:val="footnote text"/>
    <w:basedOn w:val="Normal"/>
    <w:pPr>
      <w:spacing w:line="240" w:lineRule="auto"/>
      <w:ind w:firstLine="0"/>
    </w:pPr>
    <w:rPr>
      <w:sz w:val="18"/>
    </w:rPr>
  </w:style>
  <w:style w:type="character" w:styleId="Refdenotaderodap">
    <w:name w:val="footnote referenc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357</Words>
  <Characters>1933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2286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de submissão anônima - Revista Multidisciplinar FACETEN</dc:title>
  <dc:subject>Modelo editorial para avaliação às cegas</dc:subject>
  <dc:creator/>
  <cp:keywords>FACETEN; revista; avaliação às cegas</cp:keywords>
  <dc:description>Modelo editorial sem informações de autoria</dc:description>
  <cp:lastModifiedBy>George Brendom Pereira dos Santos</cp:lastModifiedBy>
  <cp:revision>2</cp:revision>
  <dcterms:created xsi:type="dcterms:W3CDTF">2013-12-23T23:15:00Z</dcterms:created>
  <dcterms:modified xsi:type="dcterms:W3CDTF">2026-10-24T18:09:00Z</dcterms:modified>
  <cp:category/>
</cp:coreProperties>
</file>